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0AF77" w14:textId="77777777" w:rsidR="00763F6C" w:rsidRDefault="00202A56">
      <w:pPr>
        <w:spacing w:after="0"/>
        <w:jc w:val="center"/>
      </w:pPr>
      <w:r>
        <w:rPr>
          <w:b/>
          <w:sz w:val="26"/>
        </w:rPr>
        <w:t>ОСНОВНО УЧИЛИЩЕ „СВ. СВ. КИРИЛ И МЕТОДИЙ“</w:t>
      </w:r>
    </w:p>
    <w:p w14:paraId="7D1859E5" w14:textId="77777777" w:rsidR="00763F6C" w:rsidRDefault="00202A56">
      <w:pPr>
        <w:pBdr>
          <w:bottom w:val="single" w:sz="8" w:space="4" w:color="000000"/>
        </w:pBdr>
        <w:spacing w:after="240"/>
        <w:jc w:val="center"/>
      </w:pPr>
      <w:r>
        <w:rPr>
          <w:sz w:val="20"/>
        </w:rPr>
        <w:t>с. Дамяница, общ. Сандански, ул. „Яне Сандански“ № 21, тел. 0885 395 756, e-mail: ou_damianica@abv.bg</w:t>
      </w:r>
    </w:p>
    <w:p w14:paraId="2A3D9516" w14:textId="77777777" w:rsidR="00763F6C" w:rsidRDefault="00202A56">
      <w:pPr>
        <w:jc w:val="right"/>
      </w:pPr>
      <w:r>
        <w:t>Вх. № …………… / ……………… г.</w:t>
      </w:r>
    </w:p>
    <w:p w14:paraId="178D403E" w14:textId="77777777" w:rsidR="00763F6C" w:rsidRDefault="00202A56">
      <w:pPr>
        <w:jc w:val="right"/>
      </w:pPr>
      <w:r>
        <w:t>До Директора</w:t>
      </w:r>
    </w:p>
    <w:p w14:paraId="20E6366F" w14:textId="77777777" w:rsidR="00763F6C" w:rsidRDefault="00202A56">
      <w:pPr>
        <w:jc w:val="right"/>
      </w:pPr>
      <w:r>
        <w:t>на ОУ „Св. Св. Кирил и Методий“</w:t>
      </w:r>
    </w:p>
    <w:p w14:paraId="3AC304BC" w14:textId="77777777" w:rsidR="00763F6C" w:rsidRDefault="00202A56">
      <w:pPr>
        <w:jc w:val="right"/>
      </w:pPr>
      <w:r>
        <w:t>с. Дамяница, общ. Сандански</w:t>
      </w:r>
    </w:p>
    <w:p w14:paraId="669973EA" w14:textId="77777777" w:rsidR="00763F6C" w:rsidRDefault="00202A56">
      <w:pPr>
        <w:jc w:val="center"/>
      </w:pPr>
      <w:r>
        <w:rPr>
          <w:b/>
        </w:rPr>
        <w:t>З А Я В Л Е Н И Е</w:t>
      </w:r>
    </w:p>
    <w:p w14:paraId="2800CD1F" w14:textId="77777777" w:rsidR="00763F6C" w:rsidRDefault="00202A56">
      <w:pPr>
        <w:jc w:val="center"/>
      </w:pPr>
      <w:r>
        <w:rPr>
          <w:b/>
        </w:rPr>
        <w:t>за издаване на документ за завършен клас / степен на образование</w:t>
      </w:r>
    </w:p>
    <w:p w14:paraId="41C9F46E" w14:textId="77777777" w:rsidR="00763F6C" w:rsidRDefault="00202A56">
      <w:pPr>
        <w:jc w:val="both"/>
      </w:pPr>
      <w:r>
        <w:t>От ………………………………………………………………………………………………………</w:t>
      </w:r>
    </w:p>
    <w:p w14:paraId="7BB2F573" w14:textId="77777777" w:rsidR="00763F6C" w:rsidRDefault="00202A56">
      <w:pPr>
        <w:jc w:val="center"/>
      </w:pPr>
      <w:r>
        <w:t>(трите имена на родителя / настойника или на ученика, навършил 18 години)</w:t>
      </w:r>
    </w:p>
    <w:p w14:paraId="1B7F46A6" w14:textId="77777777" w:rsidR="00763F6C" w:rsidRDefault="00202A56">
      <w:pPr>
        <w:jc w:val="both"/>
      </w:pPr>
      <w:r>
        <w:t>Адрес: …………………………………………………………………………………………………</w:t>
      </w:r>
    </w:p>
    <w:p w14:paraId="7CC60A2B" w14:textId="77777777" w:rsidR="00763F6C" w:rsidRDefault="00202A56">
      <w:pPr>
        <w:jc w:val="both"/>
      </w:pPr>
      <w:r>
        <w:t>Телефон: ……………………………… E-mail: ………………………………………………</w:t>
      </w:r>
    </w:p>
    <w:p w14:paraId="548118D8" w14:textId="77777777" w:rsidR="00763F6C" w:rsidRDefault="00202A56">
      <w:pPr>
        <w:spacing w:before="60"/>
        <w:jc w:val="both"/>
      </w:pPr>
      <w:r>
        <w:rPr>
          <w:b/>
        </w:rPr>
        <w:t>Уважаеми господин Директор,</w:t>
      </w:r>
    </w:p>
    <w:p w14:paraId="77A2EECE" w14:textId="77777777" w:rsidR="00763F6C" w:rsidRDefault="00202A56">
      <w:pPr>
        <w:jc w:val="both"/>
      </w:pPr>
      <w:r>
        <w:t>Моля да бъде издаден следният документ (отбележете с Х):</w:t>
      </w:r>
    </w:p>
    <w:p w14:paraId="40B05AF5" w14:textId="77777777" w:rsidR="00763F6C" w:rsidRDefault="00202A56">
      <w:pPr>
        <w:jc w:val="both"/>
      </w:pPr>
      <w:r>
        <w:t>☐ Удостоверение за завършен ……… клас</w:t>
      </w:r>
    </w:p>
    <w:p w14:paraId="489E483D" w14:textId="77777777" w:rsidR="00763F6C" w:rsidRDefault="00202A56">
      <w:pPr>
        <w:jc w:val="both"/>
      </w:pPr>
      <w:r>
        <w:t>☐ Удостоверение за завършен начален етап на основно образование (IV клас)</w:t>
      </w:r>
    </w:p>
    <w:p w14:paraId="7B4620D3" w14:textId="77777777" w:rsidR="00763F6C" w:rsidRDefault="00202A56">
      <w:pPr>
        <w:jc w:val="both"/>
      </w:pPr>
      <w:r>
        <w:t>☐ Свидетелство за основно образование (VII клас)</w:t>
      </w:r>
    </w:p>
    <w:p w14:paraId="4C664898" w14:textId="77777777" w:rsidR="00763F6C" w:rsidRDefault="00202A56">
      <w:pPr>
        <w:jc w:val="both"/>
      </w:pPr>
      <w:r>
        <w:t>☐ Дубликат на ………………………………………………………………………………………</w:t>
      </w:r>
    </w:p>
    <w:p w14:paraId="0AFBD87F" w14:textId="77777777" w:rsidR="00763F6C" w:rsidRDefault="00202A56">
      <w:pPr>
        <w:jc w:val="both"/>
      </w:pPr>
      <w:r>
        <w:t>на ученика / ученичката: ………………………………………………………………………………</w:t>
      </w:r>
    </w:p>
    <w:p w14:paraId="7AAD3B7A" w14:textId="77777777" w:rsidR="00763F6C" w:rsidRDefault="00202A56">
      <w:pPr>
        <w:jc w:val="center"/>
      </w:pPr>
      <w:r>
        <w:t>(трите имена на ученика)</w:t>
      </w:r>
    </w:p>
    <w:p w14:paraId="62CFB220" w14:textId="77777777" w:rsidR="00763F6C" w:rsidRDefault="00202A56">
      <w:pPr>
        <w:jc w:val="both"/>
      </w:pPr>
      <w:r>
        <w:t>ЕГН: ……………………………, роден/а в ……………………………………………………,</w:t>
      </w:r>
    </w:p>
    <w:p w14:paraId="54F16ABD" w14:textId="77777777" w:rsidR="00763F6C" w:rsidRDefault="00202A56">
      <w:pPr>
        <w:jc w:val="both"/>
      </w:pPr>
      <w:r>
        <w:t>завършил/а ……… клас през учебната ……………… година в ОУ „Св. Св. Кирил и Методий“, с. Дамяница.</w:t>
      </w:r>
    </w:p>
    <w:p w14:paraId="4C98AAD4" w14:textId="77777777" w:rsidR="00763F6C" w:rsidRDefault="00202A56">
      <w:pPr>
        <w:jc w:val="both"/>
      </w:pPr>
      <w:r>
        <w:t>Документът ми е необходим за: ……………………………………………………………………</w:t>
      </w:r>
    </w:p>
    <w:p w14:paraId="17DE5C83" w14:textId="77777777" w:rsidR="00763F6C" w:rsidRDefault="00202A56">
      <w:pPr>
        <w:jc w:val="center"/>
      </w:pPr>
      <w:r>
        <w:t>(напр. записване в друго училище, продължаване на образованието, по лични причини)</w:t>
      </w:r>
    </w:p>
    <w:p w14:paraId="488FCABB" w14:textId="77777777" w:rsidR="00763F6C" w:rsidRDefault="00202A56">
      <w:pPr>
        <w:spacing w:before="60"/>
        <w:jc w:val="both"/>
      </w:pPr>
      <w:r>
        <w:rPr>
          <w:b/>
        </w:rPr>
        <w:t>При заявяване на дубликат:</w:t>
      </w:r>
    </w:p>
    <w:p w14:paraId="4F614A2A" w14:textId="77777777" w:rsidR="00763F6C" w:rsidRDefault="00202A56">
      <w:pPr>
        <w:jc w:val="both"/>
      </w:pPr>
      <w:r>
        <w:t>Оригиналът на документа е ☐ изгубен ☐ унищожен ☐ негоден за ползване, поради ……………………………………………………………………………………………………</w:t>
      </w:r>
    </w:p>
    <w:p w14:paraId="62670C1E" w14:textId="77777777" w:rsidR="00763F6C" w:rsidRDefault="00202A56">
      <w:pPr>
        <w:jc w:val="both"/>
      </w:pPr>
      <w:r>
        <w:t>Желая да получа документа:</w:t>
      </w:r>
    </w:p>
    <w:p w14:paraId="2648B317" w14:textId="77777777" w:rsidR="00763F6C" w:rsidRDefault="00202A56">
      <w:pPr>
        <w:jc w:val="both"/>
      </w:pPr>
      <w:r>
        <w:t>☐ лично</w:t>
      </w:r>
    </w:p>
    <w:p w14:paraId="4E0B4B2D" w14:textId="77777777" w:rsidR="00763F6C" w:rsidRDefault="00202A56">
      <w:pPr>
        <w:jc w:val="both"/>
      </w:pPr>
      <w:r>
        <w:t>☐ чрез упълномощено лице – ………………………………………………………… (с нотариално заверено пълномощно)</w:t>
      </w:r>
    </w:p>
    <w:p w14:paraId="224FE4AD" w14:textId="77777777" w:rsidR="00763F6C" w:rsidRDefault="00202A56">
      <w:pPr>
        <w:jc w:val="both"/>
      </w:pPr>
      <w:r>
        <w:t>Прилагам:</w:t>
      </w:r>
    </w:p>
    <w:p w14:paraId="6E0486D4" w14:textId="77777777" w:rsidR="00763F6C" w:rsidRDefault="00202A56">
      <w:pPr>
        <w:jc w:val="both"/>
      </w:pPr>
      <w:r>
        <w:t>1. Копие от документ за самоличност (за справка).</w:t>
      </w:r>
    </w:p>
    <w:p w14:paraId="3EB565E2" w14:textId="77777777" w:rsidR="00763F6C" w:rsidRDefault="00202A56">
      <w:pPr>
        <w:jc w:val="both"/>
      </w:pPr>
      <w:r>
        <w:t>2. ………………………………………………………………………………………………</w:t>
      </w:r>
    </w:p>
    <w:p w14:paraId="5012541C" w14:textId="77777777" w:rsidR="00763F6C" w:rsidRDefault="00202A56">
      <w:pPr>
        <w:jc w:val="both"/>
      </w:pPr>
      <w:r>
        <w:t>Запознат/а съм, че личните данни, посочени в заявлението, се обработват от училището единствено за целите на издаването на документа, съгласно Регламент (ЕС) 2016/679 и Закона за защита на личните данни.</w:t>
      </w:r>
    </w:p>
    <w:p w14:paraId="6A319B2C" w14:textId="77777777" w:rsidR="00763F6C" w:rsidRDefault="00202A56">
      <w:pPr>
        <w:jc w:val="both"/>
      </w:pPr>
      <w:r>
        <w:t>Дата: ………………… Подпис: …………………</w:t>
      </w:r>
    </w:p>
    <w:p w14:paraId="0C1AE17F" w14:textId="77777777" w:rsidR="00763F6C" w:rsidRDefault="00202A56">
      <w:pPr>
        <w:jc w:val="both"/>
      </w:pPr>
      <w:r>
        <w:t>с. Дамяница</w:t>
      </w:r>
    </w:p>
    <w:p w14:paraId="7E4977EF" w14:textId="77777777" w:rsidR="00763F6C" w:rsidRDefault="00202A56">
      <w:pPr>
        <w:spacing w:before="60"/>
        <w:jc w:val="both"/>
      </w:pPr>
      <w:r>
        <w:rPr>
          <w:b/>
        </w:rPr>
        <w:t>Отбелязване за получаване на документа:</w:t>
      </w:r>
    </w:p>
    <w:p w14:paraId="638B11DE" w14:textId="77777777" w:rsidR="00763F6C" w:rsidRDefault="00202A56">
      <w:pPr>
        <w:jc w:val="both"/>
      </w:pPr>
      <w:r>
        <w:t>Получих документ рег. № ………………… / ………………… г.</w:t>
      </w:r>
    </w:p>
    <w:p w14:paraId="69397033" w14:textId="77777777" w:rsidR="00763F6C" w:rsidRDefault="00202A56">
      <w:pPr>
        <w:jc w:val="both"/>
      </w:pPr>
      <w:r>
        <w:t>Дата: ………………… Подпис на получателя: …………………</w:t>
      </w:r>
    </w:p>
    <w:sectPr w:rsidR="00763F6C" w:rsidSect="00034616">
      <w:pgSz w:w="11906" w:h="16838"/>
      <w:pgMar w:top="850" w:right="1020" w:bottom="73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340672">
    <w:abstractNumId w:val="8"/>
  </w:num>
  <w:num w:numId="2" w16cid:durableId="744646454">
    <w:abstractNumId w:val="6"/>
  </w:num>
  <w:num w:numId="3" w16cid:durableId="140117119">
    <w:abstractNumId w:val="5"/>
  </w:num>
  <w:num w:numId="4" w16cid:durableId="1357848711">
    <w:abstractNumId w:val="4"/>
  </w:num>
  <w:num w:numId="5" w16cid:durableId="2050913995">
    <w:abstractNumId w:val="7"/>
  </w:num>
  <w:num w:numId="6" w16cid:durableId="1237083574">
    <w:abstractNumId w:val="3"/>
  </w:num>
  <w:num w:numId="7" w16cid:durableId="1670015492">
    <w:abstractNumId w:val="2"/>
  </w:num>
  <w:num w:numId="8" w16cid:durableId="1650137598">
    <w:abstractNumId w:val="1"/>
  </w:num>
  <w:num w:numId="9" w16cid:durableId="54587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2A56"/>
    <w:rsid w:val="0029639D"/>
    <w:rsid w:val="00326F90"/>
    <w:rsid w:val="005C3171"/>
    <w:rsid w:val="00763F6C"/>
    <w:rsid w:val="008D61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9C322"/>
  <w14:defaultImageDpi w14:val="300"/>
  <w15:docId w15:val="{53622737-4B36-4ED8-8166-D08E5A5C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64" w:lineRule="auto"/>
    </w:pPr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Гергана С. Стоянова</cp:lastModifiedBy>
  <cp:revision>2</cp:revision>
  <dcterms:created xsi:type="dcterms:W3CDTF">2026-09-28T10:07:00Z</dcterms:created>
  <dcterms:modified xsi:type="dcterms:W3CDTF">2026-09-28T10:07:00Z</dcterms:modified>
  <cp:category/>
</cp:coreProperties>
</file>